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FFA" w:rsidRPr="00463D03" w:rsidRDefault="00D41B50" w:rsidP="00D41B50">
      <w:pPr>
        <w:jc w:val="both"/>
        <w:rPr>
          <w:rFonts w:ascii="Times New Roman" w:eastAsiaTheme="majorEastAsia" w:hAnsi="Times New Roman" w:cs="Times New Roman"/>
          <w:b/>
          <w:spacing w:val="5"/>
          <w:kern w:val="28"/>
          <w:sz w:val="40"/>
          <w:szCs w:val="28"/>
          <w:u w:val="single"/>
          <w:lang w:val="ru-RU"/>
        </w:rPr>
      </w:pPr>
      <w:bookmarkStart w:id="0" w:name="_GoBack"/>
      <w:bookmarkEnd w:id="0"/>
      <w:r>
        <w:rPr>
          <w:rFonts w:ascii="Times New Roman" w:eastAsiaTheme="majorEastAsia" w:hAnsi="Times New Roman" w:cs="Times New Roman"/>
          <w:b/>
          <w:spacing w:val="5"/>
          <w:kern w:val="28"/>
          <w:sz w:val="40"/>
          <w:szCs w:val="28"/>
          <w:u w:val="single"/>
          <w:lang w:val="ru-RU"/>
        </w:rPr>
        <w:t>______</w:t>
      </w:r>
      <w:r w:rsidR="002A7902" w:rsidRPr="002A7902">
        <w:rPr>
          <w:rFonts w:ascii="Times New Roman" w:eastAsiaTheme="majorEastAsia" w:hAnsi="Times New Roman" w:cs="Times New Roman"/>
          <w:b/>
          <w:spacing w:val="5"/>
          <w:kern w:val="28"/>
          <w:sz w:val="40"/>
          <w:szCs w:val="28"/>
          <w:u w:val="single"/>
          <w:lang w:val="ru-RU"/>
        </w:rPr>
        <w:t>ПОЛЬЗОВАТЕЛЬСКАЯ ИНСТРУКЦИЯ</w:t>
      </w:r>
      <w:r>
        <w:rPr>
          <w:rFonts w:ascii="Times New Roman" w:eastAsiaTheme="majorEastAsia" w:hAnsi="Times New Roman" w:cs="Times New Roman"/>
          <w:b/>
          <w:spacing w:val="5"/>
          <w:kern w:val="28"/>
          <w:sz w:val="40"/>
          <w:szCs w:val="28"/>
          <w:u w:val="single"/>
          <w:lang w:val="ru-RU"/>
        </w:rPr>
        <w:t>_____</w:t>
      </w:r>
    </w:p>
    <w:p w:rsidR="002A7902" w:rsidRDefault="002A7902" w:rsidP="00085FFA">
      <w:pPr>
        <w:rPr>
          <w:rFonts w:ascii="Times New Roman" w:eastAsiaTheme="majorEastAsia" w:hAnsi="Times New Roman" w:cs="Times New Roman"/>
          <w:b/>
          <w:bCs/>
          <w:spacing w:val="5"/>
          <w:kern w:val="28"/>
          <w:sz w:val="28"/>
          <w:szCs w:val="28"/>
          <w:lang w:val="ru-RU"/>
        </w:rPr>
      </w:pPr>
    </w:p>
    <w:p w:rsidR="00085FFA" w:rsidRPr="00D41B50" w:rsidRDefault="00085FFA" w:rsidP="002A7902">
      <w:pPr>
        <w:jc w:val="center"/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</w:pPr>
      <w:r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1. Общие сведения</w:t>
      </w:r>
    </w:p>
    <w:p w:rsidR="00B057F3" w:rsidRDefault="00085FFA" w:rsidP="00B057F3">
      <w:pPr>
        <w:ind w:firstLine="851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Проект «</w:t>
      </w:r>
      <w:proofErr w:type="spellStart"/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Статотчетность</w:t>
      </w:r>
      <w:proofErr w:type="spellEnd"/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» представляет собой </w:t>
      </w:r>
      <w:proofErr w:type="spellStart"/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веб-сервис</w:t>
      </w:r>
      <w:proofErr w:type="spellEnd"/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, предн</w:t>
      </w:r>
      <w:r w:rsidR="009F09ED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азначенный для приема, хранения, 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проверки статистических отчетов, предоставляемых филиалами в аппарат дирекции</w:t>
      </w:r>
      <w:r w:rsidR="009F09ED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, и формирования сводных отчетов</w:t>
      </w:r>
      <w:r w:rsidR="00B057F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. </w:t>
      </w:r>
    </w:p>
    <w:p w:rsidR="0061024D" w:rsidRDefault="00085FFA" w:rsidP="00B057F3">
      <w:pPr>
        <w:ind w:firstLine="851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Основной сценарий использования: филиалы заполняют отчеты на портале</w:t>
      </w:r>
      <w:r w:rsidR="00FA5C34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proofErr w:type="spellStart"/>
      <w:r w:rsidR="00FA5C34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Белстата</w:t>
      </w:r>
      <w:proofErr w:type="spellEnd"/>
      <w:r w:rsidR="00FA5C34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«Электронный респондент», проходят контроль без подписи и после успешной проверки загружают их в систему «Статотчетность». Далее отчеты проверяются </w:t>
      </w:r>
      <w:r w:rsidR="009F09ED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ответственными 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сотрудниками аппарата дирекции. В зависимости от результатов проверки, отчет либо принимается, либо возвращается на доработку </w:t>
      </w:r>
      <w:r w:rsidR="009F09ED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филиалу 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с пометками для исправления.</w:t>
      </w:r>
    </w:p>
    <w:p w:rsidR="0061024D" w:rsidRDefault="0061024D" w:rsidP="0061024D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Глобальный адрес системы </w:t>
      </w:r>
      <w:r w:rsidRPr="0061024D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https://str3-stat.by/</w:t>
      </w:r>
      <w: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</w:p>
    <w:p w:rsidR="0061024D" w:rsidRPr="00D41B50" w:rsidRDefault="0061024D" w:rsidP="0061024D">
      <w:pPr>
        <w:rPr>
          <w:rFonts w:ascii="Times New Roman" w:eastAsiaTheme="majorEastAsia" w:hAnsi="Times New Roman" w:cs="Times New Roman"/>
          <w:spacing w:val="5"/>
          <w:kern w:val="28"/>
          <w:sz w:val="32"/>
          <w:szCs w:val="28"/>
          <w:lang w:val="ru-RU"/>
        </w:rPr>
      </w:pPr>
      <w: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Схема работы:</w:t>
      </w:r>
    </w:p>
    <w:p w:rsidR="00085FFA" w:rsidRPr="00085FFA" w:rsidRDefault="00085FFA" w:rsidP="0061024D">
      <w:pPr>
        <w:jc w:val="center"/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(филиал → портал → загрузка → проверка → статус → принятие → сводный отчет)</w:t>
      </w:r>
    </w:p>
    <w:p w:rsidR="00085FFA" w:rsidRPr="00D41B50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32"/>
          <w:szCs w:val="28"/>
          <w:lang w:val="ru-RU"/>
        </w:rPr>
      </w:pPr>
    </w:p>
    <w:p w:rsidR="00085FFA" w:rsidRPr="00D41B50" w:rsidRDefault="00085FFA" w:rsidP="002A7902">
      <w:pPr>
        <w:jc w:val="center"/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</w:pPr>
      <w:r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2. Основные действия пользователя</w:t>
      </w:r>
    </w:p>
    <w:p w:rsidR="00085FFA" w:rsidRPr="00772809" w:rsidRDefault="00085FFA" w:rsidP="00B057F3">
      <w:pPr>
        <w:ind w:firstLine="720"/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</w:pPr>
      <w:r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Авторизация</w:t>
      </w:r>
      <w:r w:rsidR="00B057F3"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.</w:t>
      </w:r>
    </w:p>
    <w:p w:rsidR="00B057F3" w:rsidRDefault="00085FFA" w:rsidP="00B057F3">
      <w:pPr>
        <w:ind w:firstLine="720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Процесс авторизации филиала начинается при </w:t>
      </w:r>
      <w:r w:rsidR="00792478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в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ходе на главную страницу</w:t>
      </w:r>
      <w:r w:rsidR="00B057F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сервиса</w:t>
      </w:r>
    </w:p>
    <w:p w:rsidR="00085FFA" w:rsidRPr="00085FFA" w:rsidRDefault="00B057F3" w:rsidP="00B057F3">
      <w:pPr>
        <w:ind w:firstLine="720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r w:rsidR="0061024D" w:rsidRPr="0061024D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https://str3-stat.by/Auth/BranchLogin</w:t>
      </w:r>
    </w:p>
    <w:p w:rsidR="00085FFA" w:rsidRPr="00085FFA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tbl>
      <w:tblPr>
        <w:tblStyle w:val="aff0"/>
        <w:tblW w:w="0" w:type="auto"/>
        <w:tblInd w:w="360" w:type="dxa"/>
        <w:tblLook w:val="04A0"/>
      </w:tblPr>
      <w:tblGrid>
        <w:gridCol w:w="8856"/>
      </w:tblGrid>
      <w:tr w:rsidR="00085FFA" w:rsidRPr="00085FFA" w:rsidTr="00085FFA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FA" w:rsidRPr="00085FFA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</w:rPr>
            </w:pPr>
            <w:r w:rsidRPr="00085FFA">
              <w:rPr>
                <w:rFonts w:ascii="Times New Roman" w:eastAsiaTheme="majorEastAsia" w:hAnsi="Times New Roman" w:cs="Times New Roman"/>
                <w:noProof/>
                <w:spacing w:val="5"/>
                <w:kern w:val="28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4772025" cy="24384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FA" w:rsidRPr="00AB419C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</w:rPr>
            </w:pP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>Рис. 1 – Авторизация филиала</w:t>
            </w:r>
          </w:p>
        </w:tc>
      </w:tr>
    </w:tbl>
    <w:p w:rsidR="00085FFA" w:rsidRPr="00085FFA" w:rsidRDefault="00085FFA" w:rsidP="00B057F3">
      <w:pPr>
        <w:ind w:firstLine="851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Страница предусматривает ввод корректных данных авторизации филиал</w:t>
      </w:r>
      <w:r w:rsidR="009F09ED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а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. </w:t>
      </w:r>
      <w:r w:rsidR="009F09ED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Далее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следует авторизация пользователя </w:t>
      </w:r>
      <w:r w:rsidR="009F09ED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филиала, ответственного за заполнение конкретного отчета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</w:p>
    <w:tbl>
      <w:tblPr>
        <w:tblStyle w:val="aff0"/>
        <w:tblW w:w="0" w:type="auto"/>
        <w:tblInd w:w="360" w:type="dxa"/>
        <w:tblLook w:val="04A0"/>
      </w:tblPr>
      <w:tblGrid>
        <w:gridCol w:w="8856"/>
      </w:tblGrid>
      <w:tr w:rsidR="00085FFA" w:rsidRPr="00085FFA" w:rsidTr="00085FFA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FA" w:rsidRPr="00085FFA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</w:rPr>
            </w:pPr>
            <w:r w:rsidRPr="00085FFA">
              <w:rPr>
                <w:rFonts w:ascii="Times New Roman" w:eastAsiaTheme="majorEastAsia" w:hAnsi="Times New Roman" w:cs="Times New Roman"/>
                <w:noProof/>
                <w:spacing w:val="5"/>
                <w:kern w:val="28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71850" cy="27527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444" r="19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FA" w:rsidRPr="00AB419C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</w:rPr>
            </w:pP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>Рис.</w:t>
            </w: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</w:rPr>
              <w:t xml:space="preserve"> 2</w:t>
            </w: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 xml:space="preserve"> – Авторизация пользователя</w:t>
            </w:r>
          </w:p>
        </w:tc>
      </w:tr>
    </w:tbl>
    <w:p w:rsidR="00085FFA" w:rsidRPr="00085FFA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p w:rsidR="00085FFA" w:rsidRPr="00085FFA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p w:rsidR="00B057F3" w:rsidRPr="00772809" w:rsidRDefault="00085FFA" w:rsidP="00085FFA">
      <w:pPr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</w:pPr>
      <w:r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Главная страница</w:t>
      </w:r>
      <w:r w:rsidR="00B057F3"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.</w:t>
      </w:r>
    </w:p>
    <w:p w:rsidR="00085FFA" w:rsidRPr="00772809" w:rsidRDefault="00085FFA" w:rsidP="00B057F3">
      <w:pPr>
        <w:ind w:firstLine="851"/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</w:pPr>
      <w:r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lastRenderedPageBreak/>
        <w:t>Страница отчетов для сдачи</w:t>
      </w:r>
      <w:r w:rsidR="00B057F3"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.</w:t>
      </w:r>
    </w:p>
    <w:tbl>
      <w:tblPr>
        <w:tblStyle w:val="aff0"/>
        <w:tblW w:w="8676" w:type="dxa"/>
        <w:tblInd w:w="360" w:type="dxa"/>
        <w:tblLook w:val="04A0"/>
      </w:tblPr>
      <w:tblGrid>
        <w:gridCol w:w="8856"/>
      </w:tblGrid>
      <w:tr w:rsidR="00085FFA" w:rsidRPr="00E64FC5" w:rsidTr="00085FFA">
        <w:trPr>
          <w:trHeight w:val="4739"/>
        </w:trPr>
        <w:tc>
          <w:tcPr>
            <w:tcW w:w="8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FA" w:rsidRPr="00085FFA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</w:rPr>
            </w:pPr>
            <w:r w:rsidRPr="00085FFA">
              <w:rPr>
                <w:rFonts w:ascii="Times New Roman" w:eastAsiaTheme="majorEastAsia" w:hAnsi="Times New Roman" w:cs="Times New Roman"/>
                <w:noProof/>
                <w:spacing w:val="5"/>
                <w:kern w:val="28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486400" cy="28194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FA" w:rsidRPr="00AB419C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</w:pP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>Рис. 3 – Страница для загрузки отчетов</w:t>
            </w:r>
          </w:p>
        </w:tc>
      </w:tr>
    </w:tbl>
    <w:p w:rsidR="00085FFA" w:rsidRPr="00085FFA" w:rsidRDefault="00085FFA" w:rsidP="00B057F3">
      <w:pPr>
        <w:ind w:firstLine="851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На странице </w:t>
      </w:r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перечислены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отчеты, которые необходимо сдать</w:t>
      </w:r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,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сроки их сдачи</w:t>
      </w:r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и 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период</w:t>
      </w:r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предоставления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отчет</w:t>
      </w:r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а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</w:p>
    <w:p w:rsidR="00085FFA" w:rsidRPr="00772809" w:rsidRDefault="00085FFA" w:rsidP="00772809">
      <w:pPr>
        <w:ind w:firstLine="851"/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</w:pPr>
      <w:proofErr w:type="spellStart"/>
      <w:proofErr w:type="gramStart"/>
      <w:r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  <w:t>Загрузка</w:t>
      </w:r>
      <w:proofErr w:type="spellEnd"/>
      <w:r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  <w:t xml:space="preserve"> </w:t>
      </w:r>
      <w:proofErr w:type="spellStart"/>
      <w:r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  <w:t>отчета</w:t>
      </w:r>
      <w:proofErr w:type="spellEnd"/>
      <w:r w:rsidR="00772809"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.</w:t>
      </w:r>
      <w:proofErr w:type="gramEnd"/>
    </w:p>
    <w:tbl>
      <w:tblPr>
        <w:tblStyle w:val="aff0"/>
        <w:tblW w:w="0" w:type="auto"/>
        <w:tblInd w:w="360" w:type="dxa"/>
        <w:tblLook w:val="04A0"/>
      </w:tblPr>
      <w:tblGrid>
        <w:gridCol w:w="8856"/>
      </w:tblGrid>
      <w:tr w:rsidR="00085FFA" w:rsidRPr="00085FFA" w:rsidTr="002A7902"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FA" w:rsidRPr="00085FFA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</w:pPr>
            <w:r w:rsidRPr="00085FFA">
              <w:rPr>
                <w:rFonts w:ascii="Times New Roman" w:eastAsiaTheme="majorEastAsia" w:hAnsi="Times New Roman" w:cs="Times New Roman"/>
                <w:noProof/>
                <w:spacing w:val="5"/>
                <w:kern w:val="28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486400" cy="27146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FA" w:rsidRPr="00AB419C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</w:pP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>Рис. 4 – Загрузка документа</w:t>
            </w:r>
          </w:p>
        </w:tc>
      </w:tr>
    </w:tbl>
    <w:p w:rsidR="00085FFA" w:rsidRPr="00085FFA" w:rsidRDefault="00085FFA" w:rsidP="00772809">
      <w:pPr>
        <w:ind w:firstLine="851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lastRenderedPageBreak/>
        <w:t>Отчет загружается и хранится уже на стороне сервиса</w:t>
      </w:r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,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помечается как «Черновик» и ждет оценки на корректность со стороны аппарата дирекции</w:t>
      </w:r>
      <w:r w:rsidR="0047478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</w:p>
    <w:p w:rsidR="00085FFA" w:rsidRPr="00772809" w:rsidRDefault="00085FFA" w:rsidP="00772809">
      <w:pPr>
        <w:ind w:firstLine="851"/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</w:pPr>
      <w:r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Просмотр содержимого документа</w:t>
      </w:r>
      <w:r w:rsidR="00772809"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.</w:t>
      </w:r>
    </w:p>
    <w:tbl>
      <w:tblPr>
        <w:tblStyle w:val="aff0"/>
        <w:tblW w:w="0" w:type="auto"/>
        <w:tblInd w:w="360" w:type="dxa"/>
        <w:tblLook w:val="04A0"/>
      </w:tblPr>
      <w:tblGrid>
        <w:gridCol w:w="8856"/>
      </w:tblGrid>
      <w:tr w:rsidR="00085FFA" w:rsidRPr="00085FFA" w:rsidTr="00085FFA"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FA" w:rsidRPr="00085FFA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</w:rPr>
            </w:pPr>
            <w:r w:rsidRPr="00085FFA">
              <w:rPr>
                <w:rFonts w:ascii="Times New Roman" w:eastAsiaTheme="majorEastAsia" w:hAnsi="Times New Roman" w:cs="Times New Roman"/>
                <w:noProof/>
                <w:spacing w:val="5"/>
                <w:kern w:val="28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486400" cy="36671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FA" w:rsidRPr="00AB419C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</w:rPr>
            </w:pP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>Рис. 5 – Просмотр содержимого документа</w:t>
            </w:r>
          </w:p>
        </w:tc>
      </w:tr>
    </w:tbl>
    <w:p w:rsidR="00085FFA" w:rsidRPr="00085FFA" w:rsidRDefault="00085FFA" w:rsidP="00772809">
      <w:pPr>
        <w:ind w:firstLine="851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Редактирование документа недоступно, документ редактируется там же, где он был создан</w:t>
      </w:r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(на </w:t>
      </w:r>
      <w:r w:rsidR="00E56843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портале</w:t>
      </w:r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proofErr w:type="spellStart"/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Белстата</w:t>
      </w:r>
      <w:proofErr w:type="spellEnd"/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r w:rsidR="00E56843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«Электронный респондент»</w:t>
      </w:r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)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 На странице можно только просмотреть содержимое</w:t>
      </w:r>
      <w:r w:rsidR="00E56843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отчетов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и историю при</w:t>
      </w:r>
      <w:r w:rsidR="0047478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мечаний за время хранения отчета.</w:t>
      </w:r>
    </w:p>
    <w:p w:rsidR="00085FFA" w:rsidRPr="00772809" w:rsidRDefault="00085FFA" w:rsidP="00772809">
      <w:pPr>
        <w:ind w:firstLine="851"/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</w:pPr>
      <w:r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Просмотр статуса и комментариев</w:t>
      </w:r>
      <w:r w:rsid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.</w:t>
      </w:r>
    </w:p>
    <w:p w:rsidR="00085FFA" w:rsidRPr="00772809" w:rsidRDefault="00085FFA" w:rsidP="00772809">
      <w:pPr>
        <w:ind w:firstLine="851"/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</w:pPr>
      <w:r w:rsidRP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Повторная загрузка</w:t>
      </w:r>
      <w:r w:rsidR="00772809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  <w:lang w:val="ru-RU"/>
        </w:rPr>
        <w:t>.</w:t>
      </w:r>
    </w:p>
    <w:p w:rsidR="00085FFA" w:rsidRPr="00085FFA" w:rsidRDefault="00E56843" w:rsidP="00772809">
      <w:pPr>
        <w:ind w:firstLine="851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Удаление либо повторная загрузка возможны</w:t>
      </w:r>
      <w:r w:rsidR="00085FFA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в случае, если пользователь загрузил не тот документ</w:t>
      </w:r>
      <w:r w:rsidR="0077280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,</w:t>
      </w:r>
      <w:r w:rsidR="00085FFA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и</w:t>
      </w:r>
      <w: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ли </w:t>
      </w:r>
      <w:r w:rsidR="00085FFA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в отчете были найдены недочеты </w:t>
      </w:r>
      <w:r w:rsidR="0047478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и статус изменился </w:t>
      </w:r>
      <w:proofErr w:type="gramStart"/>
      <w:r w:rsidR="0047478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на</w:t>
      </w:r>
      <w:proofErr w:type="gramEnd"/>
      <w:r w:rsidR="0047478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«необходима</w:t>
      </w:r>
      <w:r w:rsidR="00085FFA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корректировка</w:t>
      </w:r>
      <w:r w:rsidR="0047478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».</w:t>
      </w:r>
    </w:p>
    <w:tbl>
      <w:tblPr>
        <w:tblStyle w:val="aff0"/>
        <w:tblW w:w="0" w:type="auto"/>
        <w:tblInd w:w="360" w:type="dxa"/>
        <w:tblLook w:val="04A0"/>
      </w:tblPr>
      <w:tblGrid>
        <w:gridCol w:w="8856"/>
      </w:tblGrid>
      <w:tr w:rsidR="00085FFA" w:rsidRPr="00085FFA" w:rsidTr="00085FFA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FFA" w:rsidRPr="00085FFA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</w:pPr>
            <w:r w:rsidRPr="00085FFA">
              <w:rPr>
                <w:rFonts w:ascii="Times New Roman" w:eastAsiaTheme="majorEastAsia" w:hAnsi="Times New Roman" w:cs="Times New Roman"/>
                <w:noProof/>
                <w:spacing w:val="5"/>
                <w:kern w:val="28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5486400" cy="7524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FFA" w:rsidRPr="00AB419C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</w:rPr>
            </w:pP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 xml:space="preserve">Рис. </w:t>
            </w: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</w:rPr>
              <w:t>6</w:t>
            </w: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 xml:space="preserve"> – Перезагрузка отчета</w:t>
            </w:r>
          </w:p>
        </w:tc>
      </w:tr>
    </w:tbl>
    <w:p w:rsidR="00085FFA" w:rsidRPr="00085FFA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p w:rsidR="00085FFA" w:rsidRPr="00085FFA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p w:rsidR="00085FFA" w:rsidRPr="00D41B50" w:rsidRDefault="00085FFA" w:rsidP="001A75D9">
      <w:pPr>
        <w:jc w:val="center"/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</w:pPr>
      <w:bookmarkStart w:id="1" w:name="_Hlk198133956"/>
      <w:r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3. Фильтрация и поиск отчетов в архиве</w:t>
      </w:r>
    </w:p>
    <w:bookmarkEnd w:id="1"/>
    <w:p w:rsidR="00085FFA" w:rsidRPr="00085FFA" w:rsidRDefault="00085FFA" w:rsidP="00772809">
      <w:pPr>
        <w:ind w:firstLine="851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Доступна фильтрация по названию, типу, филиалу, шаблону и периоду.</w:t>
      </w:r>
    </w:p>
    <w:tbl>
      <w:tblPr>
        <w:tblStyle w:val="aff0"/>
        <w:tblW w:w="0" w:type="auto"/>
        <w:tblInd w:w="360" w:type="dxa"/>
        <w:tblLook w:val="04A0"/>
      </w:tblPr>
      <w:tblGrid>
        <w:gridCol w:w="9680"/>
      </w:tblGrid>
      <w:tr w:rsidR="00085FFA" w:rsidRPr="00085FFA" w:rsidTr="00085FFA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FA" w:rsidRPr="00085FFA" w:rsidRDefault="00463D03" w:rsidP="00085FFA">
            <w:pPr>
              <w:spacing w:after="200" w:line="276" w:lineRule="auto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</w:pPr>
            <w:r w:rsidRPr="00463D03">
              <w:rPr>
                <w:rFonts w:ascii="Times New Roman" w:eastAsiaTheme="majorEastAsia" w:hAnsi="Times New Roman" w:cs="Times New Roman"/>
                <w:noProof/>
                <w:spacing w:val="5"/>
                <w:kern w:val="28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6328410" cy="30086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410" cy="300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FFA" w:rsidRPr="00AB419C" w:rsidRDefault="00085FFA" w:rsidP="00085FFA">
            <w:pPr>
              <w:spacing w:after="200" w:line="276" w:lineRule="auto"/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</w:pP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 xml:space="preserve">Рис. </w:t>
            </w:r>
            <w:r w:rsidR="00985BB7"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>7</w:t>
            </w: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 xml:space="preserve"> – </w:t>
            </w:r>
            <w:r w:rsidR="00985BB7"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>Страница архива отчетов</w:t>
            </w:r>
          </w:p>
        </w:tc>
      </w:tr>
    </w:tbl>
    <w:p w:rsidR="00085FFA" w:rsidRPr="00085FFA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p w:rsidR="00085FFA" w:rsidRPr="00D41B50" w:rsidRDefault="00085FFA" w:rsidP="001A75D9">
      <w:pPr>
        <w:jc w:val="center"/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</w:pPr>
      <w:r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4. Статусы отчетов</w:t>
      </w:r>
    </w:p>
    <w:p w:rsidR="00085FFA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В работе (Отчет ожидает загрузки)</w:t>
      </w:r>
      <w:r w:rsidR="0047478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</w:p>
    <w:p w:rsidR="00185DBD" w:rsidRPr="00085FFA" w:rsidRDefault="00185DBD" w:rsidP="00185DBD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Черновик (Отчет загружен и ожидает проверки).</w:t>
      </w:r>
    </w:p>
    <w:p w:rsidR="00085FFA" w:rsidRPr="00085FFA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Необходима корректировка (Отчет проверен и были выявлены ошибки).</w:t>
      </w:r>
    </w:p>
    <w:p w:rsidR="00085FFA" w:rsidRPr="00085FFA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lastRenderedPageBreak/>
        <w:t xml:space="preserve">Принято (Отчет проверен и ошибок не </w:t>
      </w:r>
      <w:proofErr w:type="gramStart"/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найдено =&gt; корректировка не нужна</w:t>
      </w:r>
      <w:proofErr w:type="gramEnd"/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).</w:t>
      </w:r>
    </w:p>
    <w:p w:rsidR="00085FFA" w:rsidRPr="00085FFA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p w:rsidR="00552C98" w:rsidRPr="00D41B50" w:rsidRDefault="00985BB7" w:rsidP="001A75D9">
      <w:pPr>
        <w:jc w:val="center"/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</w:pPr>
      <w:r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5</w:t>
      </w:r>
      <w:r w:rsidR="00085FFA"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. Сроки сдачи отчетов</w:t>
      </w:r>
    </w:p>
    <w:p w:rsidR="00085FFA" w:rsidRPr="00085FFA" w:rsidRDefault="00085FFA" w:rsidP="00772809">
      <w:pPr>
        <w:ind w:firstLine="851"/>
        <w:jc w:val="both"/>
        <w:rPr>
          <w:rFonts w:ascii="Times New Roman" w:eastAsiaTheme="majorEastAsia" w:hAnsi="Times New Roman" w:cs="Times New Roman"/>
          <w:b/>
          <w:bCs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Каждый тип отчета имеет фиксированный срок сдачи</w:t>
      </w:r>
      <w:r w:rsidR="007E0911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для информирования пользователя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. </w:t>
      </w:r>
      <w:r w:rsidR="007E0911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За 10 дней до срока сдачи отчета появляется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уведомление</w:t>
      </w:r>
      <w:r w:rsidR="007E0911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br/>
      </w:r>
    </w:p>
    <w:p w:rsidR="00085FFA" w:rsidRPr="00D41B50" w:rsidRDefault="00985BB7" w:rsidP="001A75D9">
      <w:pPr>
        <w:jc w:val="center"/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</w:pPr>
      <w:r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6</w:t>
      </w:r>
      <w:r w:rsidR="00085FFA"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. Уведомления</w:t>
      </w:r>
    </w:p>
    <w:p w:rsidR="00552C98" w:rsidRDefault="007E0911" w:rsidP="00772809">
      <w:pPr>
        <w:ind w:firstLine="851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Н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а главной странице пользователя</w:t>
      </w:r>
      <w: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с</w:t>
      </w:r>
      <w:r w:rsidR="00085FFA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истема отображает уведомления о сроках сдачи отчетов и о необходимос</w:t>
      </w:r>
      <w: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ти корректировок после проверки</w:t>
      </w:r>
      <w:r w:rsidR="00085FFA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  <w:r w:rsidR="00085FFA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br/>
      </w:r>
    </w:p>
    <w:tbl>
      <w:tblPr>
        <w:tblStyle w:val="aff0"/>
        <w:tblW w:w="0" w:type="auto"/>
        <w:tblLook w:val="04A0"/>
      </w:tblPr>
      <w:tblGrid>
        <w:gridCol w:w="8856"/>
      </w:tblGrid>
      <w:tr w:rsidR="00552C98" w:rsidTr="00552C98">
        <w:tc>
          <w:tcPr>
            <w:tcW w:w="8856" w:type="dxa"/>
          </w:tcPr>
          <w:p w:rsidR="00552C98" w:rsidRDefault="00552C98" w:rsidP="00085FFA">
            <w:pPr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</w:pPr>
            <w:r w:rsidRPr="00552C98">
              <w:rPr>
                <w:rFonts w:ascii="Times New Roman" w:eastAsiaTheme="majorEastAsia" w:hAnsi="Times New Roman" w:cs="Times New Roman"/>
                <w:noProof/>
                <w:spacing w:val="5"/>
                <w:kern w:val="28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486400" cy="18700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C98" w:rsidRPr="00AB419C" w:rsidRDefault="00552C98" w:rsidP="00552C98">
            <w:pPr>
              <w:jc w:val="center"/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</w:pPr>
            <w:r w:rsidRPr="00AB419C">
              <w:rPr>
                <w:rFonts w:ascii="Times New Roman" w:eastAsiaTheme="majorEastAsia" w:hAnsi="Times New Roman" w:cs="Times New Roman"/>
                <w:spacing w:val="5"/>
                <w:kern w:val="28"/>
                <w:sz w:val="28"/>
                <w:szCs w:val="28"/>
                <w:lang w:val="ru-RU"/>
              </w:rPr>
              <w:t>Рис. 8 – Страница уведомлений пользователя</w:t>
            </w:r>
          </w:p>
        </w:tc>
      </w:tr>
    </w:tbl>
    <w:p w:rsidR="00085FFA" w:rsidRDefault="00085FFA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p w:rsidR="00552C98" w:rsidRPr="00085FFA" w:rsidRDefault="00552C98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p w:rsidR="00085FFA" w:rsidRPr="00D41B50" w:rsidRDefault="00985BB7" w:rsidP="001A75D9">
      <w:pPr>
        <w:jc w:val="center"/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</w:pPr>
      <w:r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7</w:t>
      </w:r>
      <w:r w:rsidR="00085FFA"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. Поддерживаемые форматы и правила загрузки</w:t>
      </w:r>
    </w:p>
    <w:p w:rsidR="00085FFA" w:rsidRDefault="00085FFA" w:rsidP="0045548B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Поддерживаются форматы: .</w:t>
      </w:r>
      <w:proofErr w:type="spellStart"/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</w:rPr>
        <w:t>xls</w:t>
      </w:r>
      <w:proofErr w:type="spellEnd"/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, .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</w:rPr>
        <w:t>xlsx</w:t>
      </w:r>
      <w:r w:rsidR="007E0911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  <w:r w:rsidR="007E0911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br/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Каждый файл должен соответств</w:t>
      </w:r>
      <w:r w:rsidR="0045548B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овать шаблону </w:t>
      </w:r>
      <w:r w:rsidR="0045548B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портал</w:t>
      </w:r>
      <w:r w:rsidR="0045548B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а </w:t>
      </w:r>
      <w:proofErr w:type="spellStart"/>
      <w:r w:rsidR="0045548B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Белстата</w:t>
      </w:r>
      <w:proofErr w:type="spellEnd"/>
      <w:r w:rsidR="0045548B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r w:rsidR="0045548B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«Электронный респондент»</w:t>
      </w:r>
      <w:r w:rsidR="007E0911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  <w:r w:rsidR="007E0911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br/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Файл </w:t>
      </w:r>
      <w:r w:rsidR="00552C98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не должен быть п</w:t>
      </w:r>
      <w:r w:rsidR="00846864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одписан электронной подписью</w:t>
      </w:r>
      <w:r w:rsidR="0047478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</w:p>
    <w:p w:rsidR="001A75D9" w:rsidRDefault="001A75D9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p w:rsidR="00772809" w:rsidRPr="001A75D9" w:rsidRDefault="00772809" w:rsidP="00085FFA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p w:rsidR="00085FFA" w:rsidRPr="00D41B50" w:rsidRDefault="00985BB7" w:rsidP="001A75D9">
      <w:pPr>
        <w:jc w:val="center"/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</w:pPr>
      <w:r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lastRenderedPageBreak/>
        <w:t>8</w:t>
      </w:r>
      <w:r w:rsidR="00085FFA"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. Примечания и комментарии</w:t>
      </w:r>
    </w:p>
    <w:p w:rsidR="00772809" w:rsidRDefault="00085FFA" w:rsidP="00772809">
      <w:pPr>
        <w:spacing w:after="0"/>
        <w:ind w:firstLine="851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При проверке отчетов </w:t>
      </w:r>
      <w:r w:rsidR="0047478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ответственные 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сотрудники </w:t>
      </w:r>
      <w:r w:rsidR="0047478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аппарата дирекции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могут оставить </w:t>
      </w:r>
      <w:r w:rsidR="0077280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комментарии с указанием ошибок. </w:t>
      </w:r>
    </w:p>
    <w:p w:rsidR="00085FFA" w:rsidRPr="00085FFA" w:rsidRDefault="00085FFA" w:rsidP="00772809">
      <w:pPr>
        <w:ind w:firstLine="851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Комментарии отображаются </w:t>
      </w:r>
      <w:r w:rsidR="00E64FC5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и сохраняются в истории.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br/>
      </w:r>
    </w:p>
    <w:p w:rsidR="00085FFA" w:rsidRPr="00D41B50" w:rsidRDefault="00985BB7" w:rsidP="001A75D9">
      <w:pPr>
        <w:jc w:val="center"/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</w:pPr>
      <w:r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9</w:t>
      </w:r>
      <w:r w:rsidR="00085FFA"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. Поведение при повторной загрузке</w:t>
      </w:r>
    </w:p>
    <w:p w:rsidR="00085FFA" w:rsidRDefault="00085FFA" w:rsidP="00772809">
      <w:pPr>
        <w:ind w:firstLine="851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Если отчет в статусе «Необходима корректировка», он может быть повторно</w:t>
      </w:r>
      <w:r w:rsidR="0077280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загруже</w:t>
      </w:r>
      <w:r w:rsidR="0098257C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н.</w:t>
      </w:r>
      <w:r w:rsidR="0077280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При повторной загрузке предыдущий файл заменяется новым.</w:t>
      </w:r>
    </w:p>
    <w:p w:rsidR="00772809" w:rsidRPr="00085FFA" w:rsidRDefault="00772809" w:rsidP="00772809">
      <w:pPr>
        <w:ind w:firstLine="851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</w:p>
    <w:p w:rsidR="00085FFA" w:rsidRPr="00D41B50" w:rsidRDefault="00985BB7" w:rsidP="001A75D9">
      <w:pPr>
        <w:jc w:val="center"/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</w:pPr>
      <w:r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10</w:t>
      </w:r>
      <w:r w:rsidR="00085FFA" w:rsidRPr="00D41B50">
        <w:rPr>
          <w:rFonts w:ascii="Times New Roman" w:eastAsiaTheme="majorEastAsia" w:hAnsi="Times New Roman" w:cs="Times New Roman"/>
          <w:b/>
          <w:bCs/>
          <w:spacing w:val="5"/>
          <w:kern w:val="28"/>
          <w:sz w:val="32"/>
          <w:szCs w:val="28"/>
          <w:lang w:val="ru-RU"/>
        </w:rPr>
        <w:t>. Сценарии использования</w:t>
      </w:r>
    </w:p>
    <w:p w:rsidR="00085FFA" w:rsidRPr="00085FFA" w:rsidRDefault="00085FFA" w:rsidP="00772809">
      <w:pPr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</w:pP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1. Филиал загружает отчет — статус «Черновик».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br/>
        <w:t>2. Проверяющий оценивает — устанавливает статус «Принято» или «Необходима корректировка»</w:t>
      </w:r>
      <w:r w:rsidR="0007160F" w:rsidRPr="0007160F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r w:rsidR="0007160F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при этом добавляя примечание с описанием ошибки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br/>
        <w:t>3.</w:t>
      </w:r>
      <w:r w:rsidR="0098257C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После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корректировк</w:t>
      </w:r>
      <w:r w:rsidR="0098257C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и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— филиал повторно загружает отчет.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br/>
        <w:t>4. После утверждения</w:t>
      </w:r>
      <w:r w:rsidR="0098257C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(</w:t>
      </w:r>
      <w:r w:rsidR="0098257C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статус «Принято»</w:t>
      </w:r>
      <w:r w:rsidR="0098257C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)</w:t>
      </w:r>
      <w:r w:rsidR="0098257C"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— отчет используется в сводном</w:t>
      </w:r>
      <w:r w:rsidR="00474789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 xml:space="preserve"> отчете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t>.</w:t>
      </w:r>
      <w:r w:rsidRPr="00085FFA">
        <w:rPr>
          <w:rFonts w:ascii="Times New Roman" w:eastAsiaTheme="majorEastAsia" w:hAnsi="Times New Roman" w:cs="Times New Roman"/>
          <w:spacing w:val="5"/>
          <w:kern w:val="28"/>
          <w:sz w:val="28"/>
          <w:szCs w:val="28"/>
          <w:lang w:val="ru-RU"/>
        </w:rPr>
        <w:br/>
      </w:r>
    </w:p>
    <w:p w:rsidR="00A3267A" w:rsidRPr="00085FFA" w:rsidRDefault="00A3267A" w:rsidP="00085FFA">
      <w:pPr>
        <w:rPr>
          <w:lang w:val="ru-RU"/>
        </w:rPr>
      </w:pPr>
    </w:p>
    <w:sectPr w:rsidR="00A3267A" w:rsidRPr="00085FFA" w:rsidSect="00B057F3">
      <w:footerReference w:type="default" r:id="rId16"/>
      <w:pgSz w:w="12240" w:h="15840"/>
      <w:pgMar w:top="1440" w:right="616" w:bottom="851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7F3" w:rsidRDefault="00B057F3" w:rsidP="002A7902">
      <w:pPr>
        <w:spacing w:after="0" w:line="240" w:lineRule="auto"/>
      </w:pPr>
      <w:r>
        <w:separator/>
      </w:r>
    </w:p>
  </w:endnote>
  <w:endnote w:type="continuationSeparator" w:id="1">
    <w:p w:rsidR="00B057F3" w:rsidRDefault="00B057F3" w:rsidP="002A7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7503930"/>
      <w:docPartObj>
        <w:docPartGallery w:val="Page Numbers (Bottom of Page)"/>
        <w:docPartUnique/>
      </w:docPartObj>
    </w:sdtPr>
    <w:sdtContent>
      <w:p w:rsidR="00B057F3" w:rsidRDefault="006D6FCF">
        <w:pPr>
          <w:pStyle w:val="a7"/>
          <w:jc w:val="center"/>
        </w:pPr>
        <w:fldSimple w:instr="PAGE   \* MERGEFORMAT">
          <w:r w:rsidR="00E64FC5" w:rsidRPr="00E64FC5">
            <w:rPr>
              <w:noProof/>
              <w:lang w:val="ru-RU"/>
            </w:rPr>
            <w:t>7</w:t>
          </w:r>
        </w:fldSimple>
      </w:p>
    </w:sdtContent>
  </w:sdt>
  <w:p w:rsidR="00B057F3" w:rsidRDefault="00B057F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7F3" w:rsidRDefault="00B057F3" w:rsidP="002A7902">
      <w:pPr>
        <w:spacing w:after="0" w:line="240" w:lineRule="auto"/>
      </w:pPr>
      <w:r>
        <w:separator/>
      </w:r>
    </w:p>
  </w:footnote>
  <w:footnote w:type="continuationSeparator" w:id="1">
    <w:p w:rsidR="00B057F3" w:rsidRDefault="00B057F3" w:rsidP="002A7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055CFC0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7730"/>
    <w:rsid w:val="00015262"/>
    <w:rsid w:val="00034616"/>
    <w:rsid w:val="0006063C"/>
    <w:rsid w:val="0007160F"/>
    <w:rsid w:val="00085FFA"/>
    <w:rsid w:val="000F2CB7"/>
    <w:rsid w:val="0015074B"/>
    <w:rsid w:val="00151222"/>
    <w:rsid w:val="00185DBD"/>
    <w:rsid w:val="00196C8E"/>
    <w:rsid w:val="001A7388"/>
    <w:rsid w:val="001A75D9"/>
    <w:rsid w:val="0022467F"/>
    <w:rsid w:val="002334EE"/>
    <w:rsid w:val="0029639D"/>
    <w:rsid w:val="002A7902"/>
    <w:rsid w:val="00306D55"/>
    <w:rsid w:val="00307227"/>
    <w:rsid w:val="003139F3"/>
    <w:rsid w:val="00326F90"/>
    <w:rsid w:val="00417497"/>
    <w:rsid w:val="0045548B"/>
    <w:rsid w:val="00463D03"/>
    <w:rsid w:val="00474789"/>
    <w:rsid w:val="00492EBC"/>
    <w:rsid w:val="004E475D"/>
    <w:rsid w:val="00535ABB"/>
    <w:rsid w:val="00552C98"/>
    <w:rsid w:val="0061024D"/>
    <w:rsid w:val="00650F8A"/>
    <w:rsid w:val="006930DB"/>
    <w:rsid w:val="006A4E56"/>
    <w:rsid w:val="006D6FCF"/>
    <w:rsid w:val="00772809"/>
    <w:rsid w:val="00783BF7"/>
    <w:rsid w:val="00792478"/>
    <w:rsid w:val="007B54B5"/>
    <w:rsid w:val="007E0911"/>
    <w:rsid w:val="00821C93"/>
    <w:rsid w:val="00824DEA"/>
    <w:rsid w:val="00845642"/>
    <w:rsid w:val="00846864"/>
    <w:rsid w:val="00947B6C"/>
    <w:rsid w:val="0098257C"/>
    <w:rsid w:val="00985BB7"/>
    <w:rsid w:val="009D4D9B"/>
    <w:rsid w:val="009E2046"/>
    <w:rsid w:val="009F09ED"/>
    <w:rsid w:val="00A03155"/>
    <w:rsid w:val="00A3267A"/>
    <w:rsid w:val="00A9654C"/>
    <w:rsid w:val="00AA06E1"/>
    <w:rsid w:val="00AA1D8D"/>
    <w:rsid w:val="00AA6770"/>
    <w:rsid w:val="00AB419C"/>
    <w:rsid w:val="00B057F3"/>
    <w:rsid w:val="00B34A35"/>
    <w:rsid w:val="00B47730"/>
    <w:rsid w:val="00B94DF4"/>
    <w:rsid w:val="00CB0664"/>
    <w:rsid w:val="00CB55C8"/>
    <w:rsid w:val="00D17EB1"/>
    <w:rsid w:val="00D41B50"/>
    <w:rsid w:val="00D571D0"/>
    <w:rsid w:val="00DE23A3"/>
    <w:rsid w:val="00E41806"/>
    <w:rsid w:val="00E56843"/>
    <w:rsid w:val="00E64FC5"/>
    <w:rsid w:val="00E9750B"/>
    <w:rsid w:val="00ED48C7"/>
    <w:rsid w:val="00F64198"/>
    <w:rsid w:val="00F90984"/>
    <w:rsid w:val="00FA58C6"/>
    <w:rsid w:val="00FA5C34"/>
    <w:rsid w:val="00FB5BEF"/>
    <w:rsid w:val="00FC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F2CB7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61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610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8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0E04D8-7122-4DDD-838B-8BD642998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575</Words>
  <Characters>3279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Слепцова Ирина Аркадьевна</dc:creator>
  <cp:lastModifiedBy>Романович Марина Станиславовна</cp:lastModifiedBy>
  <cp:revision>9</cp:revision>
  <dcterms:created xsi:type="dcterms:W3CDTF">2025-06-19T12:35:00Z</dcterms:created>
  <dcterms:modified xsi:type="dcterms:W3CDTF">2025-06-20T11:31:00Z</dcterms:modified>
</cp:coreProperties>
</file>